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חוקי לשון – מספרים, קישור, יחס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מספר מונה לשם עצם בזכר/נקבה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לפי המשמעות שלהן (סיבה, תוצאה, ניגוד ועוד)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יחס הבאות אחרי פעלים ודיבור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מספר לשם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חמש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שתים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מילות קישור לפי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החדשה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שנה היא שם עצם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ילד הוא זכר, לכן אומרים שלושה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מספר סתמי תמיד בלשון נקבה, למשל קו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דוגמה לבניין נפעל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מחדש בדיבור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אמר שהוא עייף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 שאלה אם אני 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הגננת ביקשה שיסגרו את הדלת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עם מילות קישור מתאימות, התאמה נכונה בין מספרים ושמות עצם, שימוש נכון במילות יחס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לזכר, שלוש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ואילו או 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 (להתעניין ב...)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בכרטיסי החוקים המסתובבים כדי להזכיר את הכללים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לנסח בעל פה לפני הכתיבה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יחד על ההבדל בין מספר מונה למספר סתמי לפני חלק ה-mc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חוקי לשון – מספרים, קישור, יחס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חוקים בעברית: מספרים עם מילים, מילות קישור, ומילות יחס אחרי פעלים.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שסופר שמות עצם, כמו שלושה או שלוש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סתמי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שמציין שם כמו קו אוטובוס או עמוד, תמיד בנקבה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משפטים ומסבירה את הקשר ביניהם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קטנה כמו ל, ב, על, שבאה לפני שם עצם או 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 דקדוקית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התאמה בין שם תואר לשם עצם במין ובמספר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כמו פעל, נפעל, פיעל, פועל, הפעיל, הופעל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ישיר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 מדויק של מה שמישהו אמר, בתוך מרכאות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עקיף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של מה שמישהו אמר, בלי ציטוט ישיר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מספר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הצירוף הנכון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יומיים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חמש עם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כותבים שתים עשרה?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מין אומרים תאריך?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מילות קישור לפי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לכן / לפיכך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 / מפני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ואילו /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למרות ש / אף על פי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כמו כן / יתר על 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כדי ש / על מנת 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ניגוד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מתגעגעים __________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מתעניינים __________ מוזיקה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דנים __________ ההצעה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מוותרים __________ הטיול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שולחנות __________ (חדש)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עיר __________ (גדול)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תוכנית הלימודים __________ (חדש)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'חמש שנים' כי המילה שנה היא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'שלוש ילדים' תקין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סתמי, כמו מספר קו אוטובוס, תמיד בלשון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 הפועל 'כתב' הופך ל'נכתב'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מחדש בדיבור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"אני עייף", אמר דני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המורה שאלה: "האם אתה בא?"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"סגרו את הדלת!", ביקשה הגננת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על יום לימודים שלכם. השתמשו במילת קישור אחת לסיבה (כי) ובמילת קישור אחת לניגוד (ואילו).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אומרים שלושה ומתי שלוש?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שמביעה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מילת יחס באה אחרי הפועל להתעניין?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חוקי לשון – מספרים, קישור, יחס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