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חוקי לשון – מספרים, קישור, יחס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מספר מונה לשם עצם בזכר/נקבה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לפי המשמעות שלהן (סיבה, תוצאה, ניגוד ועוד)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יחס הבאות אחרי פעלים ודיבור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מספר לשם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חמש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מילות קישור לפי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(הוספה)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שנה היא שם עצם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ילד הוא זכר, לכן אומרים שלושה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מחדש בדיבור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אמר שהוא עייף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עם מילות קישור מתאימות, התאמה נכונה בין מספרים ושמות עצם, שימוש נכון במילות יחס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לזכר, שלוש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ואילו או 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 (להתעניין ב...)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בכרטיסי החוקים המסתובבים כדי להזכיר את הכללים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לנסח בעל פה לפני הכתיבה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יחד על ההבדל בין מספר מונה למספר סתמי לפני חלק ה-mc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חוקי לשון – מספרים, קישור, יחס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כמה חוקי לשון חשובים: איך מתאימים מספר לשם עצם, אילו מילות קישור מתאימות לכל מצב, ואילו מילות יחס באות אחרי פעלים מסוימים.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  ·  ב  ·  על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התאמת מספר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צירוף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'שנה' היא נקבה, לכן אומרים: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מילות קישור לפי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לכן / לפיכך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 / מפני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ואילו /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כמו כן / יתר על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מתגעגעים __________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מתעניינים __________ מוזיקה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מוותרים __________ הטיול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'חמש שנים' כי המילה שנה היא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'שלוש ילדים' תקין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מחדש בדיבור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"אני עייף", אמר דני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על יום לימודים שלכם. השתמשו במילת קישור אחת לסיבה (כי) ובמילת קישור אחת לניגוד (ואילו).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אומרים שלושה ומתי שלוש?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חוקי לשון – מספרים, קישור, יחס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